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לתאר את מסע מי השפכים מהבית אל מתקן הטיהור ואל השדה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מהם קולחין ולמה הם מתאימים להשקיה ולא לשתייה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להעריך יתרונות ואתגרים של מיחזור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מים שעברו טיהור ומתאימים להשקיה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חיידקים מועילים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הם לא עברו טיהור מלא לרמת שתייה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סינון גס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זה חוסך מי שתייה נקיים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קולחין משמשים להשקיה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החיידקים אוכלים את הלכלוך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שמן פוגע בצנרת ובמתקן הטיהור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מגבונים סותמים צינורות ופוגעים במתקן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שימוש חוזר במשאב קיים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קולחין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חיידקים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טפטוף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מעגלית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שלב למתקן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(הסרת לכלוך גדול מהמים)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(ניקוי ביולוגי של המים)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(הריגת חיידקים מזיקים)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(מים מוכנים להשקיית שדות)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(השקיה חסכונית לעצים)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מסע הטיפה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מים יורדים בכיור או באסלה בבית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סינון גס של לכלוך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בריכות עם חיידקים מועילים מנקות את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סינון וחיטוי אחרונים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קולחין זורמים בצינורות אל השדה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פגיעה בצנרת, סתימת מתקן הטיהור, פגיעה בחיידקים המועילים, זיהום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חשוב שיתייחסו לתהליך הטיהור או לשימוש החוזר במים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מחסור במים לחקלאות, בזבוז משאבים, פגיעה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של קולחין כמים מטוהרים להשקיה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שחומרים אלה פוגעים בצנרת ובמתקן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ומחשבתית, אין תשובה אחת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בכוסות המים השקופה והעכורה כהדגמה חזותית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תרגילי הסידור לעבודה בזוגות או קבוצות קטנות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הדיון לדוגמאות מהבית של התלמידים לחיסכון במים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המים חוזרים לשדה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יום אנחנו משתמשים במים רבים בבית, אבל לאן הם הולכים אחר כך? בדף הזה נלמד על המסע של המים ממתקן הטיהור ועד לשדות החקלאיים.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קולחין?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מהברז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מים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 שעברו טיהור ומתאימים להשקיה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אוכל את הלכלוך במים בתהליך הטיהור?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חיידקים מועילים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צמחים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קולחין לא מתאימים לשתייה?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הם מלוחים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קרים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הם לא עברו טיהור מלא לרמת 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בהם טעם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השלב הראשון בטיהור המים?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חיטוי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סינון גס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בריכות חיידקים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היתרון בהשקיית שדות בקולחין במקום במי שתייה?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חוסך מי שתייה 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 מהיר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מתאימים לשתייה בבית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חיידקים עוזרים לנקות את המים במתקן הטיהור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לזרוק שמן בישול לכיור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מגבונים מתאימים לזריקה לאסלה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מיחזור מים הוא חלק מהכלכלה המעגלית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מים שעברו טיהור ומתאימים להשקיה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השלב הראשון בטיהור המים הוא __________ גס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המועילים אוכלים את הלכלוך במים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שיטת השקיה חוסכת מים היא השקיית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שימוש חוזר במשאבים נקרא כלכלה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שלב למתקן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סינון גס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מים מוכנים להשקיית שדות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בריכות חיידקים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השקיה חסכונית לעצים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סינון וחיטוי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הסרת לכלוך גדול מהמים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קולחין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ניקוי ביולוגי של המים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צינורות טפטוף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הריגת חיידקים מזיקים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מסע הטיפה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סינון גס של לכלוך 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בריכות עם חיידקים מועילים מנקות את המים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קולחין זורמים בצינורות אל השדה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מים יורדים בכיור או באסלה בבית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סינון וחיטוי אחרונים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סיבות לכך שחשוב לא לזרוק שמן בישול או מגבונים לכיור ולאסלה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שם חדש ומכבד למים הקולחין והסבירו את הבחירה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תארו במילים שלכם מה היה קורה אם לא היינו ממחזרים מים כלל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מה זה קולחין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למה חשוב לא לזרוק שמן או מגבונים לאסלה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תעשו מחר כדי לשמור על המים?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המים חוזרים לשדה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