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מסע מי השפכים מהבית אל מתקן הטיהור ואל השדה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קולחין ולמה הם מתאימים להשקיה ולא לשתייה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יתרונות ואתגרים של מיחזור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מים שעברו טיהור ומתאימים להשקיה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חיידקים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לא עברו טיהור מלא לרמת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סינון גס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זה חוסך מי שתייה נקיים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קולחין משמשים להשקיה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החיידקים אוכלים את הלכלוך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שמן פוגע בצנרת ובמתקן הטיהור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מגבונים סותמים צינורות ופוגעים במתקן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שימוש חוזר במשאב 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למתקן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(הסרת לכלוך גדול מהמים)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(ניקוי ביולוגי של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(הריגת חיידקים מזיקים)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(מים מוכנים להשקיית שדות)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(השקיה חסכונית לעצים)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מסע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יורדים בכיור או באסלה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סינון גס של לכלוך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בריכות עם חיידקים מועילים מנקות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סינון וחיטוי אחרונים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קולחין זורמים בצינורות אל השדה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פגיעה בצנרת, סתימת מתקן הטיהור, פגיעה בחיידקים המועילים, זיהום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חשוב שיתייחסו לתהליך הטיהור או לשימוש החוזר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מחסור במים לחקלאות, בזבוז משאבים, פגיעה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קולחין כמים מטוהרים להשקיה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שחומרים אלה פוגעים בצנרת ובמתקן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ומחשבתית,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בכוסות המים השקופה והעכורה כהדגמה חזותית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תרגילי הסידור לעבודה בזוגות או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הדיון לדוגמאות מהבית של התלמידים לחיסכון במים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המים מהבית הולכים למקום מיוחד שמנקה אותם. אחר כך המים הנקיים משקים שדות. נלמד איך זה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קולחין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שעברו טיהור ומתאימים להשקיה אבל לא לשתייה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מתקן טיהור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מנקים את מי השפכים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סינון גס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ראשון שבו מסננים לכלוך גדול מהמים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חיידקים מועילים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זעירים שאוכלים את הלכלוך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הורגים חיידקים מזיקים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כלכלה מעגלית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חוזר במשאבים במקום לזרוק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השקיה בטפטוף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חוסכת מים להשקיית צמחים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קולחין?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שעברו טיהור ומתאימים להשקיה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עוזר לנקות את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חיידקים מועילים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קולחין לא מתאימים לשתייה?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מלוחים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עברו טיהור מלא לרמת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בהם 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סינון גס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בריכות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היתרון בהשקיית שדות בקולחין במקום במי 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חוסך מי שתייה 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מתאימים לשתייה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חיידקים עוזרים לנקות את המים במתקן הטיהור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לזרוק שמן בישול לכיור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מגבונים מתאימים לזריקה לאסלה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מיחזור מים הוא חלק מהכלכלה המעגלית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שעברו טיהור ומתאימים להשקיה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הראשון בטיהור המים הוא __________ גס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המועילים אוכלים את הלכלוך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שיטת השקיה חוסכת מים היא השקיית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שימוש חוזר במשאבים נקרא כלכלה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למתקן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סינון גס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הריגת חיידקים מזיקים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בריכות חיידקים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הסרת לכלוך גדול מהמים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סינון וחיטוי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ניקוי ביולוגי של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קולחין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השקיה חסכונית לעצים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צינורות 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מוכנים להשקיית שדות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סינון גס של לכלוך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זורמים בצינורות אל השדה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סינון וחיטוי אחרונים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בריכות עם חיידקים מועילים מנקות 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יורדים בכיור או באסלה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סיבות לכך שחשוב לא לזרוק שמן בישול או מגבונים לכיור ולאסלה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שם חדש ומכבד למים הקולחין והסבירו את הבחירה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במילים שלכם מה היה קורה אם לא היינו ממחזרים מים כלל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מה זה קולחין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חשוב לא לזרוק שמן או מגבונים לאסלה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תעשו מחר כדי לשמור על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המים חוזרים לשדה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