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מסע מי השפכים מהבית אל מתקן הטיהור ואל השדה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קולחין ולמה הם מתאימים להשקיה ולא לשתייה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יתרונות ואתגרים של מיחזור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מים שעברו טיהור ומתאימים להשקיה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חיידקים מועילים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קולחין משמשים להשקיה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החיידקים אוכלים את הלכלוך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שמן פוגע בצנרת ובמתקן הטיהור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למתקן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(הסרת לכלוך גדול מהמים)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(ניקוי ביולוגי של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(הריגת חיידקים מזיקים)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מוכנים להשקיית שדות)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מסע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יורדים בכיור או באסלה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סינון גס של לכלוך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בריכות עם חיידקים מועילים מנקות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סינון וחיטוי 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פגיעה בצנרת, סתימת מתקן הטיהור, פגיעה בחיידקים המועילים, זיהום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קולחין כמים מטוהרים להשקיה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שחומרים אלה פוגעים בצנרת ובמתקן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ומחשבתית,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בכוסות המים השקופה והעכורה כהדגמה חזותית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תרגילי הסידור לעבודה בזוגות או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הדיון לדוגמאות מהבית של התלמידים לחיסכון במים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יום אנחנו משתמשים במים רבים בבית, אבל לאן הם הולכים אחר כך? בדף הזה נלמד על המסע של המים ממתקן הטיהור ועד לשדות החקלאיים.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סינון  ·  חיידקים  ·  קולחין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קולחין?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 שעברו טיהור ומתאימים להשקיה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אוכל את הלכלוך במים בתהליך הטיהור?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חיידקים מועילים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צמחים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קולחין מתאימים לשתייה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חיידקים עוזרים לנקות את המים במתקן הטיהור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לזרוק שמן בישול לכיור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מים שעברו טיהור ומתאימים להשקיה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השלב הראשון בטיהור המים הוא __________ גס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המועילים אוכלים את הלכלוך במים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למתקן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סינון גס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הריגת חיידקים מזיקים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בריכות חיידקים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מוכנים להשקיית שדות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סינון וחיטוי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הסרת לכלוך גדול מהמים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קולחין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ניקוי ביולוגי של המים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בריכות עם חיידקים מועילים מנקות 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סינון וחיטוי אחרונים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מים יורדים בכיור או באסלה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סינון גס של לכלוך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סיבות לכך שחשוב לא לזרוק שמן בישול או מגבונים לכיור ולאסלה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מה זה קולחין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למה חשוב לא לזרוק שמן או מגבונים לאסלה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המים חוזרים לשדה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